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F32" w:rsidRPr="002B7F32" w:rsidRDefault="002B7F32" w:rsidP="002B7F32">
      <w:pPr>
        <w:rPr>
          <w:rFonts w:asciiTheme="majorHAnsi" w:eastAsiaTheme="majorEastAsia" w:hAnsiTheme="majorHAnsi" w:cstheme="majorBidi"/>
          <w:b/>
          <w:bCs/>
          <w:sz w:val="28"/>
          <w:szCs w:val="28"/>
          <w:lang w:val="ru-RU"/>
        </w:rPr>
      </w:pPr>
      <w:r w:rsidRPr="002B7F32">
        <w:rPr>
          <w:rFonts w:asciiTheme="majorHAnsi" w:eastAsiaTheme="majorEastAsia" w:hAnsiTheme="majorHAnsi" w:cstheme="majorBidi"/>
          <w:b/>
          <w:bCs/>
          <w:sz w:val="28"/>
          <w:szCs w:val="28"/>
          <w:lang w:val="ru-RU"/>
        </w:rPr>
        <w:t>АНКЕТА ДЛЯ ЗАПИСИ НА КУРСЫ</w:t>
      </w:r>
    </w:p>
    <w:p w:rsidR="002B7F32" w:rsidRPr="002B7F32" w:rsidRDefault="002B7F32" w:rsidP="002B7F32">
      <w:pPr>
        <w:rPr>
          <w:rFonts w:asciiTheme="majorHAnsi" w:eastAsiaTheme="majorEastAsia" w:hAnsiTheme="majorHAnsi" w:cstheme="majorBidi"/>
          <w:b/>
          <w:bCs/>
          <w:sz w:val="28"/>
          <w:szCs w:val="28"/>
          <w:lang w:val="ru-RU"/>
        </w:rPr>
      </w:pPr>
      <w:r w:rsidRPr="002B7F32">
        <w:rPr>
          <w:rFonts w:asciiTheme="majorHAnsi" w:eastAsiaTheme="majorEastAsia" w:hAnsiTheme="majorHAnsi" w:cstheme="majorBidi"/>
          <w:b/>
          <w:bCs/>
          <w:sz w:val="28"/>
          <w:szCs w:val="28"/>
          <w:lang w:val="ru-RU"/>
        </w:rPr>
        <w:t>Институт практического богословия</w:t>
      </w:r>
      <w:r w:rsidRPr="002B7F32">
        <w:rPr>
          <w:rFonts w:asciiTheme="majorHAnsi" w:eastAsiaTheme="majorEastAsia" w:hAnsiTheme="majorHAnsi" w:cstheme="majorBidi"/>
          <w:b/>
          <w:bCs/>
          <w:sz w:val="28"/>
          <w:szCs w:val="28"/>
          <w:lang w:val="ru-RU"/>
        </w:rPr>
        <w:t xml:space="preserve"> «</w:t>
      </w:r>
      <w:proofErr w:type="spellStart"/>
      <w:r w:rsidRPr="002B7F32">
        <w:rPr>
          <w:rFonts w:asciiTheme="majorHAnsi" w:eastAsiaTheme="majorEastAsia" w:hAnsiTheme="majorHAnsi" w:cstheme="majorBidi"/>
          <w:b/>
          <w:bCs/>
          <w:sz w:val="28"/>
          <w:szCs w:val="28"/>
          <w:lang w:val="ru-RU"/>
        </w:rPr>
        <w:t>Варнава</w:t>
      </w:r>
      <w:proofErr w:type="spellEnd"/>
      <w:r w:rsidRPr="002B7F32">
        <w:rPr>
          <w:rFonts w:asciiTheme="majorHAnsi" w:eastAsiaTheme="majorEastAsia" w:hAnsiTheme="majorHAnsi" w:cstheme="majorBidi"/>
          <w:b/>
          <w:bCs/>
          <w:sz w:val="28"/>
          <w:szCs w:val="28"/>
          <w:lang w:val="ru-RU"/>
        </w:rPr>
        <w:t>»</w:t>
      </w:r>
    </w:p>
    <w:p w:rsidR="00641C66" w:rsidRPr="002B7F32" w:rsidRDefault="002B7F32" w:rsidP="002B7F32">
      <w:pPr>
        <w:rPr>
          <w:lang w:val="ru-RU"/>
        </w:rPr>
      </w:pPr>
      <w:r w:rsidRPr="002B7F32">
        <w:rPr>
          <w:lang w:val="ru-RU"/>
        </w:rPr>
        <w:t xml:space="preserve">Благодарим вас за интерес к обучению в </w:t>
      </w:r>
      <w:r>
        <w:rPr>
          <w:lang w:val="ru-RU"/>
        </w:rPr>
        <w:t xml:space="preserve">нашем Институте. </w:t>
      </w:r>
      <w:r w:rsidRPr="002B7F32">
        <w:rPr>
          <w:lang w:val="ru-RU"/>
        </w:rPr>
        <w:t xml:space="preserve">Данная анкета поможет нам лучше понять ваш жизненный, духовный и профессиональный </w:t>
      </w:r>
      <w:r>
        <w:rPr>
          <w:lang w:val="ru-RU"/>
        </w:rPr>
        <w:t>опыт</w:t>
      </w:r>
      <w:r w:rsidRPr="002B7F32">
        <w:rPr>
          <w:lang w:val="ru-RU"/>
        </w:rPr>
        <w:t xml:space="preserve">, а также предложить </w:t>
      </w:r>
      <w:r>
        <w:rPr>
          <w:lang w:val="ru-RU"/>
        </w:rPr>
        <w:t xml:space="preserve">работать над </w:t>
      </w:r>
      <w:r w:rsidRPr="002B7F32">
        <w:rPr>
          <w:lang w:val="ru-RU"/>
        </w:rPr>
        <w:t>наиболее</w:t>
      </w:r>
      <w:r w:rsidRPr="002B7F32">
        <w:rPr>
          <w:lang w:val="ru-RU"/>
        </w:rPr>
        <w:t xml:space="preserve"> подходящ</w:t>
      </w:r>
      <w:r>
        <w:rPr>
          <w:lang w:val="ru-RU"/>
        </w:rPr>
        <w:t>ем</w:t>
      </w:r>
      <w:r w:rsidRPr="002B7F32">
        <w:rPr>
          <w:lang w:val="ru-RU"/>
        </w:rPr>
        <w:t xml:space="preserve"> формат</w:t>
      </w:r>
      <w:r>
        <w:rPr>
          <w:lang w:val="ru-RU"/>
        </w:rPr>
        <w:t>е</w:t>
      </w:r>
      <w:r w:rsidRPr="002B7F32">
        <w:rPr>
          <w:lang w:val="ru-RU"/>
        </w:rPr>
        <w:t xml:space="preserve"> обучения и сопровождения.</w:t>
      </w:r>
      <w:r w:rsidRPr="002B7F32">
        <w:rPr>
          <w:lang w:val="ru-RU"/>
        </w:rPr>
        <w:br/>
      </w:r>
    </w:p>
    <w:p w:rsidR="002B7F32" w:rsidRDefault="002B7F32">
      <w:pPr>
        <w:rPr>
          <w:rFonts w:asciiTheme="majorHAnsi" w:eastAsiaTheme="majorEastAsia" w:hAnsiTheme="majorHAnsi" w:cstheme="majorBidi"/>
          <w:b/>
          <w:bCs/>
          <w:sz w:val="26"/>
          <w:szCs w:val="26"/>
        </w:rPr>
      </w:pPr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</w:rPr>
        <w:t xml:space="preserve">I. </w:t>
      </w:r>
      <w:proofErr w:type="spellStart"/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</w:rPr>
        <w:t>Общая</w:t>
      </w:r>
      <w:proofErr w:type="spellEnd"/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</w:rPr>
        <w:t xml:space="preserve"> </w:t>
      </w:r>
      <w:proofErr w:type="spellStart"/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</w:rPr>
        <w:t>информация</w:t>
      </w:r>
      <w:proofErr w:type="spellEnd"/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1. Фамилия, имя, отчество: ___________________________________________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2. Дата рождения: _________________________________________________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3. Страна и город проживания: _____________________</w:t>
      </w:r>
      <w:r w:rsidRPr="002B7F32">
        <w:rPr>
          <w:lang w:val="ru-RU"/>
        </w:rPr>
        <w:t>________________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 xml:space="preserve">4. Контактный </w:t>
      </w:r>
      <w:r w:rsidRPr="002B7F32">
        <w:t>e</w:t>
      </w:r>
      <w:r w:rsidRPr="002B7F32">
        <w:rPr>
          <w:lang w:val="ru-RU"/>
        </w:rPr>
        <w:t>-</w:t>
      </w:r>
      <w:r w:rsidRPr="002B7F32">
        <w:t>mail</w:t>
      </w:r>
      <w:r w:rsidRPr="002B7F32">
        <w:rPr>
          <w:lang w:val="ru-RU"/>
        </w:rPr>
        <w:t>: ______________________________________________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5. Контактный номер телефона (по желанию): _________________________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6. Основной язык обучения (отметьте):</w:t>
      </w:r>
      <w:r w:rsidRPr="002B7F32">
        <w:rPr>
          <w:lang w:val="ru-RU"/>
        </w:rPr>
        <w:br/>
        <w:t xml:space="preserve">   ☐ русский   ☐ украинский   ☐ английский   ☐ другой: ________</w:t>
      </w:r>
      <w:r w:rsidRPr="002B7F32">
        <w:rPr>
          <w:lang w:val="ru-RU"/>
        </w:rPr>
        <w:t>____</w:t>
      </w:r>
    </w:p>
    <w:p w:rsidR="002B7F32" w:rsidRDefault="002B7F32">
      <w:pPr>
        <w:rPr>
          <w:rFonts w:asciiTheme="majorHAnsi" w:eastAsiaTheme="majorEastAsia" w:hAnsiTheme="majorHAnsi" w:cstheme="majorBidi"/>
          <w:b/>
          <w:bCs/>
          <w:sz w:val="26"/>
          <w:szCs w:val="26"/>
          <w:lang w:val="ru-RU"/>
        </w:rPr>
      </w:pPr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</w:rPr>
        <w:t>II</w:t>
      </w:r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  <w:lang w:val="ru-RU"/>
        </w:rPr>
        <w:t>. Церковный и духовный контекст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7. Принадлежите ли вы к христианской общине в настоящее время?</w:t>
      </w:r>
      <w:r w:rsidRPr="002B7F32">
        <w:rPr>
          <w:lang w:val="ru-RU"/>
        </w:rPr>
        <w:br/>
        <w:t xml:space="preserve">   ☐ да   ☐ нет   ☐ в поиске / на этапе переосмысления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8. Если да, укажите конфессиональную принадлежность или тип общины (по желанию):</w:t>
      </w:r>
      <w:r w:rsidRPr="002B7F32">
        <w:rPr>
          <w:lang w:val="ru-RU"/>
        </w:rPr>
        <w:br/>
        <w:t xml:space="preserve">   _______________</w:t>
      </w:r>
      <w:r w:rsidRPr="002B7F32">
        <w:rPr>
          <w:lang w:val="ru-RU"/>
        </w:rPr>
        <w:t>_________________________________________________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9. Как бы вы описали сво</w:t>
      </w:r>
      <w:r>
        <w:rPr>
          <w:lang w:val="ru-RU"/>
        </w:rPr>
        <w:t>и текущие знания Христианской доктрины</w:t>
      </w:r>
      <w:r w:rsidRPr="002B7F32">
        <w:rPr>
          <w:lang w:val="ru-RU"/>
        </w:rPr>
        <w:t>?</w:t>
      </w:r>
      <w:r w:rsidRPr="002B7F32">
        <w:rPr>
          <w:lang w:val="ru-RU"/>
        </w:rPr>
        <w:br/>
      </w:r>
      <w:r w:rsidRPr="002B7F32">
        <w:rPr>
          <w:lang w:val="ru-RU"/>
        </w:rPr>
        <w:t xml:space="preserve">    </w:t>
      </w:r>
      <w:r w:rsidRPr="002B7F32">
        <w:rPr>
          <w:rFonts w:ascii="Segoe UI Symbol" w:hAnsi="Segoe UI Symbol" w:cs="Segoe UI Symbol"/>
          <w:lang w:val="ru-RU"/>
        </w:rPr>
        <w:t>☐</w:t>
      </w:r>
      <w:r w:rsidRPr="002B7F32">
        <w:rPr>
          <w:lang w:val="ru-RU"/>
        </w:rPr>
        <w:t xml:space="preserve"> </w:t>
      </w:r>
      <w:r>
        <w:rPr>
          <w:rFonts w:ascii="Cambria" w:hAnsi="Cambria" w:cs="Cambria"/>
          <w:lang w:val="ru-RU"/>
        </w:rPr>
        <w:t>базовые</w:t>
      </w:r>
      <w:r w:rsidRPr="002B7F32">
        <w:rPr>
          <w:lang w:val="ru-RU"/>
        </w:rPr>
        <w:t xml:space="preserve">   </w:t>
      </w:r>
      <w:r w:rsidRPr="002B7F32">
        <w:rPr>
          <w:rFonts w:ascii="Segoe UI Symbol" w:hAnsi="Segoe UI Symbol" w:cs="Segoe UI Symbol"/>
          <w:lang w:val="ru-RU"/>
        </w:rPr>
        <w:t>☐</w:t>
      </w:r>
      <w:r w:rsidRPr="002B7F32">
        <w:rPr>
          <w:lang w:val="ru-RU"/>
        </w:rPr>
        <w:t xml:space="preserve"> </w:t>
      </w:r>
      <w:r>
        <w:rPr>
          <w:rFonts w:ascii="Cambria" w:hAnsi="Cambria" w:cs="Cambria"/>
          <w:lang w:val="ru-RU"/>
        </w:rPr>
        <w:t>средние</w:t>
      </w:r>
      <w:r w:rsidRPr="002B7F32">
        <w:rPr>
          <w:lang w:val="ru-RU"/>
        </w:rPr>
        <w:t xml:space="preserve">   </w:t>
      </w:r>
      <w:r w:rsidRPr="002B7F32">
        <w:rPr>
          <w:rFonts w:ascii="Segoe UI Symbol" w:hAnsi="Segoe UI Symbol" w:cs="Segoe UI Symbol"/>
          <w:lang w:val="ru-RU"/>
        </w:rPr>
        <w:t>☐</w:t>
      </w:r>
      <w:r w:rsidRPr="002B7F32">
        <w:rPr>
          <w:lang w:val="ru-RU"/>
        </w:rPr>
        <w:t xml:space="preserve"> </w:t>
      </w:r>
      <w:r>
        <w:rPr>
          <w:rFonts w:ascii="Cambria" w:hAnsi="Cambria" w:cs="Cambria"/>
          <w:lang w:val="ru-RU"/>
        </w:rPr>
        <w:t xml:space="preserve">продвинутые 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10. Есть ли у вас опы</w:t>
      </w:r>
      <w:r w:rsidRPr="002B7F32">
        <w:rPr>
          <w:lang w:val="ru-RU"/>
        </w:rPr>
        <w:t>т служения в церкви или христианской организации? (отметьте)</w:t>
      </w:r>
      <w:r w:rsidRPr="002B7F32">
        <w:rPr>
          <w:lang w:val="ru-RU"/>
        </w:rPr>
        <w:br/>
        <w:t xml:space="preserve">    ☐ пастырское   ☐ наставническое   ☐ лидерское   ☐ образовательное</w:t>
      </w:r>
      <w:r w:rsidRPr="002B7F32">
        <w:rPr>
          <w:lang w:val="ru-RU"/>
        </w:rPr>
        <w:br/>
        <w:t xml:space="preserve">    ☐ нет   ☐ другое: _____________________________________________</w:t>
      </w:r>
    </w:p>
    <w:p w:rsidR="00641C66" w:rsidRPr="002B7F32" w:rsidRDefault="002B7F32">
      <w:pPr>
        <w:pStyle w:val="21"/>
        <w:rPr>
          <w:color w:val="auto"/>
          <w:lang w:val="ru-RU"/>
        </w:rPr>
      </w:pPr>
      <w:r w:rsidRPr="002B7F32">
        <w:rPr>
          <w:color w:val="auto"/>
        </w:rPr>
        <w:t>III</w:t>
      </w:r>
      <w:r w:rsidRPr="002B7F32">
        <w:rPr>
          <w:color w:val="auto"/>
          <w:lang w:val="ru-RU"/>
        </w:rPr>
        <w:t>. Образование и профессиональный опыт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11. Уровень обра</w:t>
      </w:r>
      <w:r w:rsidRPr="002B7F32">
        <w:rPr>
          <w:lang w:val="ru-RU"/>
        </w:rPr>
        <w:t>зования (отметьте):</w:t>
      </w:r>
      <w:r w:rsidRPr="002B7F32">
        <w:rPr>
          <w:lang w:val="ru-RU"/>
        </w:rPr>
        <w:br/>
        <w:t xml:space="preserve">    ☐ среднее   ☐ высшее   ☐ богословское   ☐ психологическое / консультативное</w:t>
      </w:r>
      <w:r w:rsidRPr="002B7F32">
        <w:rPr>
          <w:lang w:val="ru-RU"/>
        </w:rPr>
        <w:br/>
        <w:t xml:space="preserve">    ☐ другое: _________________________________________________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lastRenderedPageBreak/>
        <w:t>12. Проходили ли вы ранее богословские или обучающие курсы?</w:t>
      </w:r>
      <w:r w:rsidRPr="002B7F32">
        <w:rPr>
          <w:lang w:val="ru-RU"/>
        </w:rPr>
        <w:br/>
        <w:t xml:space="preserve">    ☐ да   ☐ нет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13. Если да, ук</w:t>
      </w:r>
      <w:r w:rsidRPr="002B7F32">
        <w:rPr>
          <w:lang w:val="ru-RU"/>
        </w:rPr>
        <w:t>ажите какие:</w:t>
      </w:r>
      <w:r w:rsidRPr="002B7F32">
        <w:rPr>
          <w:lang w:val="ru-RU"/>
        </w:rPr>
        <w:br/>
        <w:t xml:space="preserve">    ________________________________________________________________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14. Ваш текущий род деятельности (профессия, служение, обучение):</w:t>
      </w:r>
      <w:r w:rsidRPr="002B7F32">
        <w:rPr>
          <w:lang w:val="ru-RU"/>
        </w:rPr>
        <w:br/>
        <w:t xml:space="preserve">    ________________________________________________________________</w:t>
      </w:r>
    </w:p>
    <w:p w:rsidR="002B7F32" w:rsidRDefault="002B7F32">
      <w:pPr>
        <w:rPr>
          <w:rFonts w:asciiTheme="majorHAnsi" w:eastAsiaTheme="majorEastAsia" w:hAnsiTheme="majorHAnsi" w:cstheme="majorBidi"/>
          <w:b/>
          <w:bCs/>
          <w:sz w:val="26"/>
          <w:szCs w:val="26"/>
        </w:rPr>
      </w:pPr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</w:rPr>
        <w:t xml:space="preserve">IV. </w:t>
      </w:r>
      <w:proofErr w:type="spellStart"/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</w:rPr>
        <w:t>Мотивация</w:t>
      </w:r>
      <w:proofErr w:type="spellEnd"/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</w:rPr>
        <w:t xml:space="preserve"> и </w:t>
      </w:r>
      <w:proofErr w:type="spellStart"/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</w:rPr>
        <w:t>ожидания</w:t>
      </w:r>
      <w:proofErr w:type="spellEnd"/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 xml:space="preserve">15. Почему вы </w:t>
      </w:r>
      <w:r w:rsidRPr="002B7F32">
        <w:rPr>
          <w:lang w:val="ru-RU"/>
        </w:rPr>
        <w:t>решили пройти обучение в Институте практического богословия?</w:t>
      </w:r>
      <w:r w:rsidRPr="002B7F32">
        <w:rPr>
          <w:lang w:val="ru-RU"/>
        </w:rPr>
        <w:br/>
        <w:t xml:space="preserve">    ________________________________________________________________</w:t>
      </w:r>
      <w:r w:rsidRPr="002B7F32">
        <w:rPr>
          <w:lang w:val="ru-RU"/>
        </w:rPr>
        <w:br/>
        <w:t xml:space="preserve">    ________________________________________________________________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16. Какие темы для вас особенно актуальны в настоящий пер</w:t>
      </w:r>
      <w:r w:rsidRPr="002B7F32">
        <w:rPr>
          <w:lang w:val="ru-RU"/>
        </w:rPr>
        <w:t>иод? (отметьте)</w:t>
      </w:r>
      <w:r w:rsidRPr="002B7F32">
        <w:rPr>
          <w:lang w:val="ru-RU"/>
        </w:rPr>
        <w:br/>
        <w:t xml:space="preserve">    ☐ пастырское </w:t>
      </w:r>
      <w:proofErr w:type="spellStart"/>
      <w:r w:rsidRPr="002B7F32">
        <w:rPr>
          <w:lang w:val="ru-RU"/>
        </w:rPr>
        <w:t>душепопечение</w:t>
      </w:r>
      <w:proofErr w:type="spellEnd"/>
      <w:r w:rsidRPr="002B7F32">
        <w:rPr>
          <w:lang w:val="ru-RU"/>
        </w:rPr>
        <w:br/>
        <w:t xml:space="preserve">    ☐ духовное наставничество</w:t>
      </w:r>
      <w:r w:rsidRPr="002B7F32">
        <w:rPr>
          <w:lang w:val="ru-RU"/>
        </w:rPr>
        <w:br/>
        <w:t xml:space="preserve">    ☐ работа с травмой и кризисами</w:t>
      </w:r>
      <w:r w:rsidRPr="002B7F32">
        <w:rPr>
          <w:lang w:val="ru-RU"/>
        </w:rPr>
        <w:br/>
        <w:t xml:space="preserve">    ☐ идентичность и призвание</w:t>
      </w:r>
      <w:r w:rsidRPr="002B7F32">
        <w:rPr>
          <w:lang w:val="ru-RU"/>
        </w:rPr>
        <w:br/>
        <w:t xml:space="preserve">    ☐ эмоциональная зрелость</w:t>
      </w:r>
      <w:r w:rsidRPr="002B7F32">
        <w:rPr>
          <w:lang w:val="ru-RU"/>
        </w:rPr>
        <w:br/>
        <w:t xml:space="preserve">    ☐ интеграция богословия и психологии</w:t>
      </w:r>
      <w:r w:rsidRPr="002B7F32">
        <w:rPr>
          <w:lang w:val="ru-RU"/>
        </w:rPr>
        <w:br/>
        <w:t xml:space="preserve">    ☐ другое: _____________________________</w:t>
      </w:r>
      <w:r w:rsidRPr="002B7F32">
        <w:rPr>
          <w:lang w:val="ru-RU"/>
        </w:rPr>
        <w:t>____________________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17. Какие цели вы ставите перед собой, начиная обучение?</w:t>
      </w:r>
      <w:r w:rsidRPr="002B7F32">
        <w:rPr>
          <w:lang w:val="ru-RU"/>
        </w:rPr>
        <w:br/>
        <w:t xml:space="preserve">    ________________________________________________________________</w:t>
      </w:r>
      <w:r w:rsidRPr="002B7F32">
        <w:rPr>
          <w:lang w:val="ru-RU"/>
        </w:rPr>
        <w:br/>
        <w:t xml:space="preserve">    ________________________________________________________________</w:t>
      </w:r>
    </w:p>
    <w:p w:rsidR="002B7F32" w:rsidRDefault="002B7F32">
      <w:pPr>
        <w:rPr>
          <w:rFonts w:asciiTheme="majorHAnsi" w:eastAsiaTheme="majorEastAsia" w:hAnsiTheme="majorHAnsi" w:cstheme="majorBidi"/>
          <w:b/>
          <w:bCs/>
          <w:sz w:val="26"/>
          <w:szCs w:val="26"/>
          <w:lang w:val="ru-RU"/>
        </w:rPr>
      </w:pPr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</w:rPr>
        <w:t>V</w:t>
      </w:r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  <w:lang w:val="ru-RU"/>
        </w:rPr>
        <w:t>. Формат участия и готовность к обучению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18. Предпочтительный формат обучения:</w:t>
      </w:r>
      <w:r w:rsidRPr="002B7F32">
        <w:rPr>
          <w:lang w:val="ru-RU"/>
        </w:rPr>
        <w:br/>
        <w:t xml:space="preserve">    ☐ самостоятельное онлайн-обучение</w:t>
      </w:r>
      <w:r w:rsidRPr="002B7F32">
        <w:rPr>
          <w:lang w:val="ru-RU"/>
        </w:rPr>
        <w:br/>
        <w:t xml:space="preserve">    ☐ обучение с сопровождением наставника</w:t>
      </w:r>
      <w:r w:rsidRPr="002B7F32">
        <w:rPr>
          <w:lang w:val="ru-RU"/>
        </w:rPr>
        <w:br/>
        <w:t xml:space="preserve">    ☐ участие в групповых обсуждениях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19. Сколько времени в неделю вы готовы посвящать обучению?</w:t>
      </w:r>
      <w:r w:rsidRPr="002B7F32">
        <w:rPr>
          <w:lang w:val="ru-RU"/>
        </w:rPr>
        <w:br/>
        <w:t xml:space="preserve">    ☐ до 2 часов   ☐ 2–4 часа   ☐ 4–6 </w:t>
      </w:r>
      <w:r w:rsidRPr="002B7F32">
        <w:rPr>
          <w:lang w:val="ru-RU"/>
        </w:rPr>
        <w:t>часов   ☐ более 6 часов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>20. Готовы ли вы к личной рефлексии и внутренней работе в процессе обучения?</w:t>
      </w:r>
      <w:r w:rsidRPr="002B7F32">
        <w:rPr>
          <w:lang w:val="ru-RU"/>
        </w:rPr>
        <w:br/>
        <w:t xml:space="preserve">    ☐ да   ☐ скорее да   ☐ затрудняюсь ответить</w:t>
      </w:r>
    </w:p>
    <w:p w:rsidR="002B7F32" w:rsidRDefault="002B7F32">
      <w:pPr>
        <w:rPr>
          <w:rFonts w:asciiTheme="majorHAnsi" w:eastAsiaTheme="majorEastAsia" w:hAnsiTheme="majorHAnsi" w:cstheme="majorBidi"/>
          <w:b/>
          <w:bCs/>
          <w:sz w:val="26"/>
          <w:szCs w:val="26"/>
          <w:lang w:val="ru-RU"/>
        </w:rPr>
      </w:pPr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</w:rPr>
        <w:t>VI</w:t>
      </w:r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  <w:lang w:val="ru-RU"/>
        </w:rPr>
        <w:t>. Этические и организационные вопросы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t xml:space="preserve">21. </w:t>
      </w:r>
      <w:r>
        <w:rPr>
          <w:lang w:val="ru-RU"/>
        </w:rPr>
        <w:t>Знаете</w:t>
      </w:r>
      <w:r w:rsidRPr="002B7F32">
        <w:rPr>
          <w:lang w:val="ru-RU"/>
        </w:rPr>
        <w:t xml:space="preserve"> ли вы, что Институт не предоставляет государственно и</w:t>
      </w:r>
      <w:r w:rsidRPr="002B7F32">
        <w:rPr>
          <w:lang w:val="ru-RU"/>
        </w:rPr>
        <w:t xml:space="preserve">ли </w:t>
      </w:r>
      <w:proofErr w:type="spellStart"/>
      <w:r w:rsidRPr="002B7F32">
        <w:rPr>
          <w:lang w:val="ru-RU"/>
        </w:rPr>
        <w:t>международно</w:t>
      </w:r>
      <w:proofErr w:type="spellEnd"/>
      <w:r w:rsidRPr="002B7F32">
        <w:rPr>
          <w:lang w:val="ru-RU"/>
        </w:rPr>
        <w:t xml:space="preserve"> аккредитованных дипломов, а выдаваемые сертификаты носят подтверждающий участие </w:t>
      </w:r>
      <w:r>
        <w:rPr>
          <w:lang w:val="ru-RU"/>
        </w:rPr>
        <w:t xml:space="preserve">и успешное завершение курсов </w:t>
      </w:r>
      <w:r w:rsidRPr="002B7F32">
        <w:rPr>
          <w:lang w:val="ru-RU"/>
        </w:rPr>
        <w:t>характер?</w:t>
      </w:r>
      <w:r w:rsidRPr="002B7F32">
        <w:rPr>
          <w:lang w:val="ru-RU"/>
        </w:rPr>
        <w:br/>
        <w:t xml:space="preserve">    ☐ да, осознаю   ☐ требуется дополнительное разъяснение</w:t>
      </w:r>
    </w:p>
    <w:p w:rsidR="00641C66" w:rsidRPr="002B7F32" w:rsidRDefault="002B7F32">
      <w:pPr>
        <w:rPr>
          <w:lang w:val="ru-RU"/>
        </w:rPr>
      </w:pPr>
      <w:r w:rsidRPr="002B7F32">
        <w:rPr>
          <w:lang w:val="ru-RU"/>
        </w:rPr>
        <w:lastRenderedPageBreak/>
        <w:t xml:space="preserve">22. Есть ли у вас ожидания, вопросы или опасения, которые вы хотели бы </w:t>
      </w:r>
      <w:r>
        <w:rPr>
          <w:lang w:val="ru-RU"/>
        </w:rPr>
        <w:t>указать</w:t>
      </w:r>
      <w:r w:rsidRPr="002B7F32">
        <w:rPr>
          <w:lang w:val="ru-RU"/>
        </w:rPr>
        <w:t xml:space="preserve"> заранее?</w:t>
      </w:r>
      <w:r w:rsidRPr="002B7F32">
        <w:rPr>
          <w:lang w:val="ru-RU"/>
        </w:rPr>
        <w:br/>
      </w:r>
      <w:r w:rsidRPr="002B7F32">
        <w:rPr>
          <w:lang w:val="ru-RU"/>
        </w:rPr>
        <w:t xml:space="preserve">    ________________________________________________________________</w:t>
      </w:r>
      <w:r w:rsidRPr="002B7F32">
        <w:rPr>
          <w:lang w:val="ru-RU"/>
        </w:rPr>
        <w:br/>
        <w:t xml:space="preserve">    ________________________________________________________________</w:t>
      </w:r>
    </w:p>
    <w:p w:rsidR="002B7F32" w:rsidRPr="002B7F32" w:rsidRDefault="002B7F32">
      <w:pPr>
        <w:rPr>
          <w:rFonts w:asciiTheme="majorHAnsi" w:eastAsiaTheme="majorEastAsia" w:hAnsiTheme="majorHAnsi" w:cstheme="majorBidi"/>
          <w:b/>
          <w:bCs/>
          <w:sz w:val="26"/>
          <w:szCs w:val="26"/>
          <w:lang w:val="ru-RU"/>
        </w:rPr>
      </w:pPr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</w:rPr>
        <w:t>VIII</w:t>
      </w:r>
      <w:r w:rsidRPr="002B7F32">
        <w:rPr>
          <w:rFonts w:asciiTheme="majorHAnsi" w:eastAsiaTheme="majorEastAsia" w:hAnsiTheme="majorHAnsi" w:cstheme="majorBidi"/>
          <w:b/>
          <w:bCs/>
          <w:sz w:val="26"/>
          <w:szCs w:val="26"/>
          <w:lang w:val="ru-RU"/>
        </w:rPr>
        <w:t>. Согласие</w:t>
      </w:r>
    </w:p>
    <w:p w:rsidR="00641C66" w:rsidRPr="002B7F32" w:rsidRDefault="002B7F32">
      <w:pPr>
        <w:rPr>
          <w:lang w:val="ru-RU"/>
        </w:rPr>
      </w:pPr>
      <w:r>
        <w:rPr>
          <w:lang w:val="ru-RU"/>
        </w:rPr>
        <w:t>23</w:t>
      </w:r>
      <w:r w:rsidRPr="002B7F32">
        <w:rPr>
          <w:lang w:val="ru-RU"/>
        </w:rPr>
        <w:t>. Подтверждаю, что предоставленная информация является достоверной и</w:t>
      </w:r>
      <w:r w:rsidRPr="002B7F32">
        <w:rPr>
          <w:lang w:val="ru-RU"/>
        </w:rPr>
        <w:t xml:space="preserve"> даю согласие на использование моих персональных данных исключительно в образовательных и организационных целях Институт</w:t>
      </w:r>
      <w:bookmarkStart w:id="0" w:name="_GoBack"/>
      <w:bookmarkEnd w:id="0"/>
      <w:r w:rsidRPr="002B7F32">
        <w:rPr>
          <w:lang w:val="ru-RU"/>
        </w:rPr>
        <w:t>а.</w:t>
      </w:r>
      <w:r w:rsidRPr="002B7F32">
        <w:rPr>
          <w:lang w:val="ru-RU"/>
        </w:rPr>
        <w:br/>
      </w:r>
      <w:r w:rsidRPr="002B7F32">
        <w:rPr>
          <w:lang w:val="ru-RU"/>
        </w:rPr>
        <w:br/>
        <w:t>Подпись: ___________________________    Дата: _____________________</w:t>
      </w:r>
    </w:p>
    <w:sectPr w:rsidR="00641C66" w:rsidRPr="002B7F3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2B7F32"/>
    <w:rsid w:val="00326F90"/>
    <w:rsid w:val="00641C66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5E1068"/>
  <w14:defaultImageDpi w14:val="300"/>
  <w15:docId w15:val="{D5341E89-35C4-40B9-8907-291D804B2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3B6FADE-7FA3-4B79-807B-129688ECE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2</cp:revision>
  <dcterms:created xsi:type="dcterms:W3CDTF">2013-12-23T23:15:00Z</dcterms:created>
  <dcterms:modified xsi:type="dcterms:W3CDTF">2025-12-17T16:07:00Z</dcterms:modified>
  <cp:category/>
</cp:coreProperties>
</file>